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9B6A83" w14:textId="1FA91A4E" w:rsidR="00E7322B" w:rsidRPr="00085701" w:rsidRDefault="00B8007C">
      <w:pPr>
        <w:jc w:val="center"/>
        <w:rPr>
          <w:lang w:val="ru-RU"/>
        </w:rPr>
      </w:pPr>
      <w:r w:rsidRPr="00085701">
        <w:rPr>
          <w:b/>
          <w:lang w:val="ru-RU"/>
        </w:rPr>
        <w:t>ОБРАЩЕНИЯ, ЖАЛОБЫ И ПРЕТЕНЗИИ</w:t>
      </w:r>
      <w:r w:rsidRPr="00085701">
        <w:rPr>
          <w:b/>
          <w:lang w:val="ru-RU"/>
        </w:rPr>
        <w:br/>
      </w:r>
    </w:p>
    <w:p w14:paraId="3DC9C58D" w14:textId="77777777" w:rsidR="00375590" w:rsidRPr="00085701" w:rsidRDefault="00B8007C">
      <w:pPr>
        <w:rPr>
          <w:lang w:val="ru-RU"/>
        </w:rPr>
      </w:pPr>
      <w:r w:rsidRPr="00085701">
        <w:rPr>
          <w:lang w:val="ru-RU"/>
        </w:rPr>
        <w:t xml:space="preserve">Обращение / жалоба / претензия в медицинскую организацию может быть </w:t>
      </w:r>
      <w:r w:rsidRPr="00085701">
        <w:rPr>
          <w:lang w:val="ru-RU"/>
        </w:rPr>
        <w:t>направлена:</w:t>
      </w:r>
    </w:p>
    <w:p w14:paraId="1361D786" w14:textId="77777777" w:rsidR="00B8007C" w:rsidRDefault="00B8007C" w:rsidP="00E7322B">
      <w:pPr>
        <w:rPr>
          <w:lang w:val="ru-RU"/>
        </w:rPr>
      </w:pPr>
      <w:r w:rsidRPr="00085701">
        <w:rPr>
          <w:lang w:val="ru-RU"/>
        </w:rPr>
        <w:t xml:space="preserve">• </w:t>
      </w:r>
      <w:r w:rsidRPr="00B8007C">
        <w:rPr>
          <w:b/>
          <w:bCs/>
          <w:lang w:val="ru-RU"/>
        </w:rPr>
        <w:t>лично по адресу:</w:t>
      </w:r>
      <w:r w:rsidRPr="00085701">
        <w:rPr>
          <w:lang w:val="ru-RU"/>
        </w:rPr>
        <w:t xml:space="preserve"> </w:t>
      </w:r>
      <w:r w:rsidRPr="00E7322B">
        <w:rPr>
          <w:lang w:val="ru-RU"/>
        </w:rPr>
        <w:t xml:space="preserve">г. </w:t>
      </w:r>
      <w:proofErr w:type="spellStart"/>
      <w:r w:rsidRPr="00E7322B">
        <w:rPr>
          <w:lang w:val="ru-RU"/>
        </w:rPr>
        <w:t>Ростов</w:t>
      </w:r>
      <w:proofErr w:type="spellEnd"/>
      <w:r w:rsidRPr="00E7322B">
        <w:rPr>
          <w:lang w:val="ru-RU"/>
        </w:rPr>
        <w:t xml:space="preserve">-на-Дону, </w:t>
      </w:r>
      <w:proofErr w:type="spellStart"/>
      <w:r w:rsidRPr="00E7322B">
        <w:rPr>
          <w:lang w:val="ru-RU"/>
        </w:rPr>
        <w:t>ул</w:t>
      </w:r>
      <w:proofErr w:type="spellEnd"/>
      <w:r w:rsidRPr="00E7322B">
        <w:rPr>
          <w:lang w:val="ru-RU"/>
        </w:rPr>
        <w:t xml:space="preserve"> Мясникова, 50/31</w:t>
      </w:r>
      <w:r>
        <w:rPr>
          <w:lang w:val="ru-RU"/>
        </w:rPr>
        <w:t>,</w:t>
      </w:r>
    </w:p>
    <w:p w14:paraId="10FC9133" w14:textId="49426678" w:rsidR="00E7322B" w:rsidRPr="00E7322B" w:rsidRDefault="00E7322B" w:rsidP="00E7322B">
      <w:pPr>
        <w:rPr>
          <w:lang w:val="ru-RU"/>
        </w:rPr>
      </w:pPr>
      <w:r w:rsidRPr="00E7322B">
        <w:rPr>
          <w:lang w:val="ru-RU"/>
        </w:rPr>
        <w:t>ООО «МЕДИЦИНСКИЙ ЦЕНТР НЕЙРОДОН»</w:t>
      </w:r>
    </w:p>
    <w:p w14:paraId="751903E8" w14:textId="2FAE4D69" w:rsidR="00375590" w:rsidRPr="00085701" w:rsidRDefault="00B8007C">
      <w:pPr>
        <w:rPr>
          <w:lang w:val="ru-RU"/>
        </w:rPr>
      </w:pPr>
      <w:r w:rsidRPr="00085701">
        <w:rPr>
          <w:lang w:val="ru-RU"/>
        </w:rPr>
        <w:t xml:space="preserve">• </w:t>
      </w:r>
      <w:r w:rsidRPr="00B8007C">
        <w:rPr>
          <w:b/>
          <w:bCs/>
          <w:lang w:val="ru-RU"/>
        </w:rPr>
        <w:t>почтовым отправлением по адресу:</w:t>
      </w:r>
      <w:r w:rsidRPr="00085701">
        <w:rPr>
          <w:lang w:val="ru-RU"/>
        </w:rPr>
        <w:t xml:space="preserve"> </w:t>
      </w:r>
      <w:r>
        <w:rPr>
          <w:lang w:val="ru-RU"/>
        </w:rPr>
        <w:t xml:space="preserve">344019, Россия, Ростовская область, </w:t>
      </w:r>
      <w:r w:rsidRPr="00E7322B">
        <w:rPr>
          <w:lang w:val="ru-RU"/>
        </w:rPr>
        <w:t xml:space="preserve">г. </w:t>
      </w:r>
      <w:proofErr w:type="spellStart"/>
      <w:r w:rsidRPr="00E7322B">
        <w:rPr>
          <w:lang w:val="ru-RU"/>
        </w:rPr>
        <w:t>Ростов</w:t>
      </w:r>
      <w:proofErr w:type="spellEnd"/>
      <w:r w:rsidRPr="00E7322B">
        <w:rPr>
          <w:lang w:val="ru-RU"/>
        </w:rPr>
        <w:t xml:space="preserve">-на-Дону, </w:t>
      </w:r>
      <w:proofErr w:type="spellStart"/>
      <w:r w:rsidRPr="00E7322B">
        <w:rPr>
          <w:lang w:val="ru-RU"/>
        </w:rPr>
        <w:t>ул</w:t>
      </w:r>
      <w:proofErr w:type="spellEnd"/>
      <w:r w:rsidRPr="00E7322B">
        <w:rPr>
          <w:lang w:val="ru-RU"/>
        </w:rPr>
        <w:t xml:space="preserve"> Мясникова, 50/31</w:t>
      </w:r>
      <w:r>
        <w:rPr>
          <w:lang w:val="ru-RU"/>
        </w:rPr>
        <w:t xml:space="preserve">, </w:t>
      </w:r>
      <w:r w:rsidRPr="00E7322B">
        <w:rPr>
          <w:lang w:val="ru-RU"/>
        </w:rPr>
        <w:t>ООО «МЕДИЦИНСКИЙ ЦЕНТР НЕЙРОДОН»</w:t>
      </w:r>
      <w:r>
        <w:rPr>
          <w:lang w:val="ru-RU"/>
        </w:rPr>
        <w:t>;</w:t>
      </w:r>
    </w:p>
    <w:p w14:paraId="5BB7CD52" w14:textId="3128F46E" w:rsidR="00375590" w:rsidRPr="00085701" w:rsidRDefault="00B8007C">
      <w:pPr>
        <w:rPr>
          <w:lang w:val="ru-RU"/>
        </w:rPr>
      </w:pPr>
      <w:r w:rsidRPr="00085701">
        <w:rPr>
          <w:lang w:val="ru-RU"/>
        </w:rPr>
        <w:t xml:space="preserve">• </w:t>
      </w:r>
      <w:r w:rsidRPr="00B8007C">
        <w:rPr>
          <w:b/>
          <w:bCs/>
          <w:lang w:val="ru-RU"/>
        </w:rPr>
        <w:t>по электронной почте:</w:t>
      </w:r>
      <w:r w:rsidRPr="00085701">
        <w:rPr>
          <w:lang w:val="ru-RU"/>
        </w:rPr>
        <w:t xml:space="preserve"> </w:t>
      </w:r>
      <w:hyperlink r:id="rId6" w:history="1">
        <w:r w:rsidRPr="00B8007C">
          <w:rPr>
            <w:rStyle w:val="aff8"/>
            <w:rFonts w:cs="Times New Roman"/>
            <w:color w:val="auto"/>
            <w:shd w:val="clear" w:color="auto" w:fill="FFFFFF"/>
          </w:rPr>
          <w:t>neyrodon</w:t>
        </w:r>
        <w:r w:rsidRPr="00B8007C">
          <w:rPr>
            <w:rStyle w:val="aff8"/>
            <w:rFonts w:cs="Times New Roman"/>
            <w:color w:val="auto"/>
            <w:shd w:val="clear" w:color="auto" w:fill="FFFFFF"/>
            <w:lang w:val="ru-RU"/>
          </w:rPr>
          <w:t>@</w:t>
        </w:r>
        <w:r w:rsidRPr="00B8007C">
          <w:rPr>
            <w:rStyle w:val="aff8"/>
            <w:rFonts w:cs="Times New Roman"/>
            <w:color w:val="auto"/>
            <w:shd w:val="clear" w:color="auto" w:fill="FFFFFF"/>
          </w:rPr>
          <w:t>mail</w:t>
        </w:r>
        <w:r w:rsidRPr="00B8007C">
          <w:rPr>
            <w:rStyle w:val="aff8"/>
            <w:rFonts w:cs="Times New Roman"/>
            <w:color w:val="auto"/>
            <w:shd w:val="clear" w:color="auto" w:fill="FFFFFF"/>
            <w:lang w:val="ru-RU"/>
          </w:rPr>
          <w:t>.</w:t>
        </w:r>
        <w:proofErr w:type="spellStart"/>
        <w:r w:rsidRPr="00B8007C">
          <w:rPr>
            <w:rStyle w:val="aff8"/>
            <w:rFonts w:cs="Times New Roman"/>
            <w:color w:val="auto"/>
            <w:shd w:val="clear" w:color="auto" w:fill="FFFFFF"/>
          </w:rPr>
          <w:t>ru</w:t>
        </w:r>
        <w:proofErr w:type="spellEnd"/>
      </w:hyperlink>
      <w:r w:rsidRPr="00B8007C">
        <w:rPr>
          <w:rFonts w:cs="Times New Roman"/>
          <w:color w:val="auto"/>
          <w:lang w:val="ru-RU"/>
        </w:rPr>
        <w:t>;</w:t>
      </w:r>
    </w:p>
    <w:p w14:paraId="3D53100C" w14:textId="77777777" w:rsidR="00B8007C" w:rsidRDefault="00B8007C">
      <w:pPr>
        <w:rPr>
          <w:lang w:val="ru-RU"/>
        </w:rPr>
      </w:pPr>
    </w:p>
    <w:p w14:paraId="5B7CEBFB" w14:textId="69B8050F" w:rsidR="00375590" w:rsidRPr="00085701" w:rsidRDefault="00B8007C">
      <w:pPr>
        <w:rPr>
          <w:lang w:val="ru-RU"/>
        </w:rPr>
      </w:pPr>
      <w:r w:rsidRPr="00085701">
        <w:rPr>
          <w:lang w:val="ru-RU"/>
        </w:rPr>
        <w:t>Ответственное лицо</w:t>
      </w:r>
      <w:r w:rsidRPr="00085701">
        <w:rPr>
          <w:lang w:val="ru-RU"/>
        </w:rPr>
        <w:t xml:space="preserve">: </w:t>
      </w:r>
      <w:r>
        <w:rPr>
          <w:lang w:val="ru-RU"/>
        </w:rPr>
        <w:t>директор Николаенко Марина Владимировна</w:t>
      </w:r>
    </w:p>
    <w:p w14:paraId="6275E1DC" w14:textId="36BE5BAF" w:rsidR="00375590" w:rsidRPr="00085701" w:rsidRDefault="00B8007C">
      <w:pPr>
        <w:rPr>
          <w:lang w:val="ru-RU"/>
        </w:rPr>
      </w:pPr>
      <w:r w:rsidRPr="00B8007C">
        <w:rPr>
          <w:rFonts w:cs="Times New Roman"/>
          <w:lang w:val="ru-RU"/>
        </w:rPr>
        <w:t xml:space="preserve">Телефон для справок: </w:t>
      </w:r>
      <w:hyperlink r:id="rId7" w:history="1">
        <w:r w:rsidRPr="00B8007C">
          <w:rPr>
            <w:rStyle w:val="aff8"/>
            <w:rFonts w:cs="Times New Roman"/>
            <w:color w:val="auto"/>
            <w:szCs w:val="28"/>
            <w:shd w:val="clear" w:color="auto" w:fill="FFFFFF"/>
          </w:rPr>
          <w:t>8-800-201-95-22</w:t>
        </w:r>
      </w:hyperlink>
      <w:r w:rsidRPr="00B8007C">
        <w:rPr>
          <w:rFonts w:cs="Times New Roman"/>
          <w:color w:val="auto"/>
          <w:szCs w:val="28"/>
          <w:lang w:val="ru-RU"/>
        </w:rPr>
        <w:t xml:space="preserve">; </w:t>
      </w:r>
      <w:hyperlink r:id="rId8" w:history="1">
        <w:r w:rsidRPr="00B8007C">
          <w:rPr>
            <w:rStyle w:val="aff8"/>
            <w:rFonts w:cs="Times New Roman"/>
            <w:color w:val="auto"/>
            <w:szCs w:val="28"/>
            <w:shd w:val="clear" w:color="auto" w:fill="FFFFFF"/>
          </w:rPr>
          <w:t>+7(863)285-62-05</w:t>
        </w:r>
      </w:hyperlink>
      <w:r w:rsidRPr="00B8007C">
        <w:rPr>
          <w:rFonts w:cs="Times New Roman"/>
          <w:color w:val="auto"/>
          <w:szCs w:val="28"/>
          <w:lang w:val="ru-RU"/>
        </w:rPr>
        <w:t xml:space="preserve">; </w:t>
      </w:r>
      <w:hyperlink r:id="rId9" w:history="1">
        <w:r w:rsidRPr="00B8007C">
          <w:rPr>
            <w:rStyle w:val="aff8"/>
            <w:rFonts w:cs="Times New Roman"/>
            <w:color w:val="auto"/>
            <w:szCs w:val="28"/>
            <w:shd w:val="clear" w:color="auto" w:fill="FFFFFF"/>
          </w:rPr>
          <w:t>+7(918)556-13-26</w:t>
        </w:r>
      </w:hyperlink>
    </w:p>
    <w:p w14:paraId="2F859223" w14:textId="77777777" w:rsidR="00B8007C" w:rsidRDefault="00B8007C" w:rsidP="00B8007C">
      <w:pPr>
        <w:jc w:val="both"/>
        <w:rPr>
          <w:lang w:val="ru-RU"/>
        </w:rPr>
      </w:pPr>
    </w:p>
    <w:p w14:paraId="7F4B604E" w14:textId="4CC466BE" w:rsidR="00375590" w:rsidRPr="00085701" w:rsidRDefault="00B8007C" w:rsidP="00B8007C">
      <w:pPr>
        <w:jc w:val="both"/>
        <w:rPr>
          <w:lang w:val="ru-RU"/>
        </w:rPr>
      </w:pPr>
      <w:r>
        <w:rPr>
          <w:lang w:val="ru-RU"/>
        </w:rPr>
        <w:t xml:space="preserve">Постановление Правительства </w:t>
      </w:r>
      <w:r w:rsidRPr="00085701">
        <w:rPr>
          <w:lang w:val="ru-RU"/>
        </w:rPr>
        <w:t>№ 659 допускают направление обращения (жалобы) в любой форме и любым способом.</w:t>
      </w:r>
      <w:bookmarkStart w:id="0" w:name="_GoBack"/>
      <w:bookmarkEnd w:id="0"/>
    </w:p>
    <w:sectPr w:rsidR="00375590" w:rsidRPr="00085701" w:rsidSect="00E7322B">
      <w:pgSz w:w="12240" w:h="15840"/>
      <w:pgMar w:top="851" w:right="85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5701"/>
    <w:rsid w:val="0015074B"/>
    <w:rsid w:val="0029639D"/>
    <w:rsid w:val="00326F90"/>
    <w:rsid w:val="00375590"/>
    <w:rsid w:val="00AA1D8D"/>
    <w:rsid w:val="00B47730"/>
    <w:rsid w:val="00B8007C"/>
    <w:rsid w:val="00CB0664"/>
    <w:rsid w:val="00E7322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68F0FD"/>
  <w14:defaultImageDpi w14:val="300"/>
  <w15:docId w15:val="{6B2AC83B-7C4A-4BDD-A3A9-25C50434E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64" w:lineRule="auto"/>
    </w:pPr>
    <w:rPr>
      <w:rFonts w:ascii="Times New Roman" w:eastAsia="Times New Roman" w:hAnsi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semiHidden/>
    <w:unhideWhenUsed/>
    <w:rsid w:val="00B800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78632856205" TargetMode="External"/><Relationship Id="rId3" Type="http://schemas.openxmlformats.org/officeDocument/2006/relationships/styles" Target="styles.xml"/><Relationship Id="rId7" Type="http://schemas.openxmlformats.org/officeDocument/2006/relationships/hyperlink" Target="tel:8800201952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neyrodon@mail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tel:+791855613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DD5F4BD-4DC2-4BDA-BF75-79A6AF09A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Невролог 1</cp:lastModifiedBy>
  <cp:revision>2</cp:revision>
  <dcterms:created xsi:type="dcterms:W3CDTF">2026-09-02T11:35:00Z</dcterms:created>
  <dcterms:modified xsi:type="dcterms:W3CDTF">2026-09-02T11:35:00Z</dcterms:modified>
  <cp:category/>
</cp:coreProperties>
</file>