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61AC3" w14:textId="77777777" w:rsidR="007D3DD0" w:rsidRDefault="00496DC5" w:rsidP="007D3DD0">
      <w:pPr>
        <w:spacing w:after="0" w:line="240" w:lineRule="auto"/>
        <w:ind w:left="5103"/>
        <w:rPr>
          <w:b/>
          <w:lang w:val="ru-RU"/>
        </w:rPr>
      </w:pPr>
      <w:r w:rsidRPr="007D3DD0">
        <w:rPr>
          <w:b/>
          <w:lang w:val="ru-RU"/>
        </w:rPr>
        <w:t>УТВЕРЖДАЮ</w:t>
      </w:r>
    </w:p>
    <w:p w14:paraId="690DA3C5" w14:textId="49C1C16B" w:rsidR="007A6A7E" w:rsidRDefault="00496DC5" w:rsidP="007D3DD0">
      <w:pPr>
        <w:spacing w:after="0" w:line="240" w:lineRule="auto"/>
        <w:ind w:left="5103"/>
        <w:rPr>
          <w:lang w:val="ru-RU"/>
        </w:rPr>
      </w:pPr>
      <w:r w:rsidRPr="007D3DD0">
        <w:rPr>
          <w:b/>
          <w:lang w:val="ru-RU"/>
        </w:rPr>
        <w:br/>
      </w:r>
      <w:r w:rsidR="007D3DD0">
        <w:rPr>
          <w:lang w:val="ru-RU"/>
        </w:rPr>
        <w:t>Директор</w:t>
      </w:r>
      <w:r w:rsidR="007D3DD0">
        <w:rPr>
          <w:lang w:val="ru-RU"/>
        </w:rPr>
        <w:softHyphen/>
        <w:t xml:space="preserve">                    /Николаенко М.В./    </w:t>
      </w:r>
      <w:r w:rsidRPr="007D3DD0">
        <w:rPr>
          <w:lang w:val="ru-RU"/>
        </w:rPr>
        <w:t xml:space="preserve"> __________________________</w:t>
      </w:r>
      <w:r w:rsidRPr="007D3DD0">
        <w:rPr>
          <w:lang w:val="ru-RU"/>
        </w:rPr>
        <w:br/>
      </w:r>
      <w:r w:rsidRPr="007D3DD0">
        <w:rPr>
          <w:lang w:val="ru-RU"/>
        </w:rPr>
        <w:br/>
        <w:t>«</w:t>
      </w:r>
      <w:r w:rsidR="007D3DD0">
        <w:rPr>
          <w:lang w:val="ru-RU"/>
        </w:rPr>
        <w:t>01</w:t>
      </w:r>
      <w:r w:rsidRPr="007D3DD0">
        <w:rPr>
          <w:lang w:val="ru-RU"/>
        </w:rPr>
        <w:t xml:space="preserve">» </w:t>
      </w:r>
      <w:r w:rsidR="007D3DD0">
        <w:rPr>
          <w:lang w:val="ru-RU"/>
        </w:rPr>
        <w:t>сентября</w:t>
      </w:r>
      <w:r w:rsidRPr="007D3DD0">
        <w:rPr>
          <w:lang w:val="ru-RU"/>
        </w:rPr>
        <w:t xml:space="preserve"> 2026 г.</w:t>
      </w:r>
    </w:p>
    <w:p w14:paraId="2925FA9E" w14:textId="77777777" w:rsidR="007D3DD0" w:rsidRPr="007D3DD0" w:rsidRDefault="007D3DD0" w:rsidP="007D3DD0">
      <w:pPr>
        <w:spacing w:after="0" w:line="240" w:lineRule="auto"/>
        <w:ind w:left="5103"/>
        <w:rPr>
          <w:lang w:val="ru-RU"/>
        </w:rPr>
      </w:pPr>
    </w:p>
    <w:p w14:paraId="0CB1A8A7" w14:textId="77777777" w:rsidR="00DA43FE" w:rsidRDefault="00DA43FE">
      <w:pPr>
        <w:spacing w:before="120" w:after="80" w:line="240" w:lineRule="auto"/>
        <w:jc w:val="center"/>
        <w:rPr>
          <w:b/>
          <w:lang w:val="ru-RU"/>
        </w:rPr>
      </w:pPr>
    </w:p>
    <w:p w14:paraId="4B509F65" w14:textId="169FBD6D" w:rsidR="007A6A7E" w:rsidRDefault="00496DC5">
      <w:pPr>
        <w:spacing w:before="120" w:after="80" w:line="240" w:lineRule="auto"/>
        <w:jc w:val="center"/>
        <w:rPr>
          <w:b/>
          <w:lang w:val="ru-RU"/>
        </w:rPr>
      </w:pPr>
      <w:r w:rsidRPr="007D3DD0">
        <w:rPr>
          <w:b/>
          <w:lang w:val="ru-RU"/>
        </w:rPr>
        <w:t>ИНФОРМАЦИЯ О ЛЬГОТАХ ПРИ ОКАЗАНИИ ПЛАТНЫХ МЕДИЦИНСКИХ УСЛУГ</w:t>
      </w:r>
    </w:p>
    <w:p w14:paraId="0932BF44" w14:textId="77777777" w:rsidR="00DA43FE" w:rsidRPr="007D3DD0" w:rsidRDefault="00DA43FE">
      <w:pPr>
        <w:spacing w:before="120" w:after="80" w:line="240" w:lineRule="auto"/>
        <w:jc w:val="center"/>
        <w:rPr>
          <w:lang w:val="ru-RU"/>
        </w:rPr>
      </w:pPr>
      <w:bookmarkStart w:id="0" w:name="_GoBack"/>
      <w:bookmarkEnd w:id="0"/>
    </w:p>
    <w:p w14:paraId="39F49B24" w14:textId="310C4396" w:rsidR="007A6A7E" w:rsidRPr="007D3DD0" w:rsidRDefault="007A6A7E">
      <w:pPr>
        <w:spacing w:after="0" w:line="240" w:lineRule="auto"/>
        <w:jc w:val="both"/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26"/>
        <w:gridCol w:w="2512"/>
        <w:gridCol w:w="2549"/>
        <w:gridCol w:w="2546"/>
      </w:tblGrid>
      <w:tr w:rsidR="007A6A7E" w14:paraId="786CCC40" w14:textId="77777777" w:rsidTr="007D3DD0">
        <w:trPr>
          <w:jc w:val="center"/>
        </w:trPr>
        <w:tc>
          <w:tcPr>
            <w:tcW w:w="2589" w:type="dxa"/>
            <w:vAlign w:val="center"/>
          </w:tcPr>
          <w:p w14:paraId="77F08213" w14:textId="77777777" w:rsidR="007A6A7E" w:rsidRDefault="00496DC5">
            <w:proofErr w:type="spellStart"/>
            <w:r>
              <w:rPr>
                <w:sz w:val="22"/>
              </w:rPr>
              <w:t>Категория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пациентов</w:t>
            </w:r>
            <w:proofErr w:type="spellEnd"/>
          </w:p>
        </w:tc>
        <w:tc>
          <w:tcPr>
            <w:tcW w:w="2590" w:type="dxa"/>
            <w:vAlign w:val="center"/>
          </w:tcPr>
          <w:p w14:paraId="60BB167A" w14:textId="77777777" w:rsidR="007A6A7E" w:rsidRDefault="00496DC5">
            <w:r>
              <w:rPr>
                <w:sz w:val="22"/>
              </w:rPr>
              <w:t>Вид льготы</w:t>
            </w:r>
          </w:p>
        </w:tc>
        <w:tc>
          <w:tcPr>
            <w:tcW w:w="2590" w:type="dxa"/>
            <w:vAlign w:val="center"/>
          </w:tcPr>
          <w:p w14:paraId="045A1EAA" w14:textId="77777777" w:rsidR="007A6A7E" w:rsidRDefault="00496DC5">
            <w:r>
              <w:rPr>
                <w:sz w:val="22"/>
              </w:rPr>
              <w:t>Условия предоставления</w:t>
            </w:r>
          </w:p>
        </w:tc>
        <w:tc>
          <w:tcPr>
            <w:tcW w:w="2590" w:type="dxa"/>
            <w:vAlign w:val="center"/>
          </w:tcPr>
          <w:p w14:paraId="10571928" w14:textId="77777777" w:rsidR="007A6A7E" w:rsidRDefault="00496DC5">
            <w:r>
              <w:rPr>
                <w:sz w:val="22"/>
              </w:rPr>
              <w:t>Документ-основание</w:t>
            </w:r>
          </w:p>
        </w:tc>
      </w:tr>
      <w:tr w:rsidR="007A6A7E" w14:paraId="4F3FC185" w14:textId="77777777" w:rsidTr="007D3DD0">
        <w:trPr>
          <w:jc w:val="center"/>
        </w:trPr>
        <w:tc>
          <w:tcPr>
            <w:tcW w:w="2589" w:type="dxa"/>
            <w:vAlign w:val="center"/>
          </w:tcPr>
          <w:p w14:paraId="00E4A05A" w14:textId="6FF8CBFC" w:rsidR="007A6A7E" w:rsidRPr="007D3DD0" w:rsidRDefault="007D3DD0">
            <w:pPr>
              <w:rPr>
                <w:lang w:val="ru-RU"/>
              </w:rPr>
            </w:pPr>
            <w:r>
              <w:rPr>
                <w:sz w:val="22"/>
                <w:lang w:val="ru-RU"/>
              </w:rPr>
              <w:t>Участники СВО</w:t>
            </w:r>
          </w:p>
        </w:tc>
        <w:tc>
          <w:tcPr>
            <w:tcW w:w="2590" w:type="dxa"/>
            <w:vAlign w:val="center"/>
          </w:tcPr>
          <w:p w14:paraId="5DE83BCA" w14:textId="7811E72F" w:rsidR="007A6A7E" w:rsidRPr="007D3DD0" w:rsidRDefault="007D3DD0">
            <w:pPr>
              <w:rPr>
                <w:lang w:val="ru-RU"/>
              </w:rPr>
            </w:pPr>
            <w:r>
              <w:rPr>
                <w:sz w:val="22"/>
                <w:lang w:val="ru-RU"/>
              </w:rPr>
              <w:t>Скидка 15%</w:t>
            </w:r>
          </w:p>
        </w:tc>
        <w:tc>
          <w:tcPr>
            <w:tcW w:w="2590" w:type="dxa"/>
            <w:vAlign w:val="center"/>
          </w:tcPr>
          <w:p w14:paraId="314A9CD6" w14:textId="42128D64" w:rsidR="007A6A7E" w:rsidRPr="007D3DD0" w:rsidRDefault="007D3DD0">
            <w:pPr>
              <w:rPr>
                <w:lang w:val="ru-RU"/>
              </w:rPr>
            </w:pPr>
            <w:r>
              <w:rPr>
                <w:sz w:val="22"/>
                <w:lang w:val="ru-RU"/>
              </w:rPr>
              <w:t>При обращении в клинику</w:t>
            </w:r>
          </w:p>
        </w:tc>
        <w:tc>
          <w:tcPr>
            <w:tcW w:w="2590" w:type="dxa"/>
            <w:vAlign w:val="center"/>
          </w:tcPr>
          <w:p w14:paraId="166F84A1" w14:textId="4F95A5D9" w:rsidR="007A6A7E" w:rsidRDefault="007D3DD0">
            <w:r>
              <w:rPr>
                <w:sz w:val="22"/>
                <w:lang w:val="ru-RU"/>
              </w:rPr>
              <w:t>Удостоверение</w:t>
            </w:r>
          </w:p>
        </w:tc>
      </w:tr>
    </w:tbl>
    <w:p w14:paraId="118489FB" w14:textId="3E899035" w:rsidR="007A6A7E" w:rsidRPr="007D3DD0" w:rsidRDefault="007A6A7E" w:rsidP="007D3DD0">
      <w:pPr>
        <w:spacing w:before="120" w:after="0" w:line="240" w:lineRule="auto"/>
        <w:jc w:val="both"/>
        <w:rPr>
          <w:lang w:val="ru-RU"/>
        </w:rPr>
      </w:pPr>
    </w:p>
    <w:sectPr w:rsidR="007A6A7E" w:rsidRPr="007D3DD0" w:rsidSect="00034616">
      <w:footerReference w:type="default" r:id="rId8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81DAA0" w14:textId="77777777" w:rsidR="00496DC5" w:rsidRDefault="00496DC5">
      <w:pPr>
        <w:spacing w:after="0" w:line="240" w:lineRule="auto"/>
      </w:pPr>
      <w:r>
        <w:separator/>
      </w:r>
    </w:p>
  </w:endnote>
  <w:endnote w:type="continuationSeparator" w:id="0">
    <w:p w14:paraId="64E53347" w14:textId="77777777" w:rsidR="00496DC5" w:rsidRDefault="00496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B9B10" w14:textId="77777777" w:rsidR="007A6A7E" w:rsidRPr="007D3DD0" w:rsidRDefault="00496DC5">
    <w:pPr>
      <w:pStyle w:val="a7"/>
      <w:jc w:val="center"/>
      <w:rPr>
        <w:lang w:val="ru-RU"/>
      </w:rPr>
    </w:pPr>
    <w:r w:rsidRPr="007D3DD0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72B8AC" w14:textId="77777777" w:rsidR="00496DC5" w:rsidRDefault="00496DC5">
      <w:pPr>
        <w:spacing w:after="0" w:line="240" w:lineRule="auto"/>
      </w:pPr>
      <w:r>
        <w:separator/>
      </w:r>
    </w:p>
  </w:footnote>
  <w:footnote w:type="continuationSeparator" w:id="0">
    <w:p w14:paraId="5A6CA712" w14:textId="77777777" w:rsidR="00496DC5" w:rsidRDefault="00496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6DC5"/>
    <w:rsid w:val="007A6A7E"/>
    <w:rsid w:val="007D3DD0"/>
    <w:rsid w:val="00AA1D8D"/>
    <w:rsid w:val="00B47730"/>
    <w:rsid w:val="00CB0664"/>
    <w:rsid w:val="00DA43FE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13BD50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BE6CFD-9F5B-495D-8640-D140FBD50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Невролог 1</cp:lastModifiedBy>
  <cp:revision>2</cp:revision>
  <cp:lastPrinted>2026-09-02T10:47:00Z</cp:lastPrinted>
  <dcterms:created xsi:type="dcterms:W3CDTF">2026-09-02T10:59:00Z</dcterms:created>
  <dcterms:modified xsi:type="dcterms:W3CDTF">2026-09-02T10:59:00Z</dcterms:modified>
  <cp:category/>
</cp:coreProperties>
</file>