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125A7" w14:textId="77777777" w:rsidR="00BC379E" w:rsidRPr="00065E63" w:rsidRDefault="00F4099A">
      <w:pPr>
        <w:spacing w:before="120" w:after="80" w:line="240" w:lineRule="auto"/>
        <w:jc w:val="center"/>
        <w:rPr>
          <w:lang w:val="ru-RU"/>
        </w:rPr>
      </w:pPr>
      <w:r w:rsidRPr="00065E63">
        <w:rPr>
          <w:b/>
          <w:lang w:val="ru-RU"/>
        </w:rPr>
        <w:t>ЗАЯВЛЕНИЕ</w:t>
      </w:r>
    </w:p>
    <w:p w14:paraId="77BE3FE5" w14:textId="77777777" w:rsidR="00BC379E" w:rsidRPr="00065E63" w:rsidRDefault="00F4099A">
      <w:pPr>
        <w:spacing w:before="120" w:after="80" w:line="240" w:lineRule="auto"/>
        <w:jc w:val="center"/>
        <w:rPr>
          <w:lang w:val="ru-RU"/>
        </w:rPr>
      </w:pPr>
      <w:r w:rsidRPr="00065E63">
        <w:rPr>
          <w:b/>
          <w:lang w:val="ru-RU"/>
        </w:rPr>
        <w:t>ОБ ОФОРМЛЕНИИ СПРАВКИ ОБ ОПЛАТЕ МЕДИЦИНСКИХ УСЛУГ</w:t>
      </w:r>
    </w:p>
    <w:p w14:paraId="58A6384A" w14:textId="58D57CF6" w:rsidR="00BC379E" w:rsidRPr="00065E63" w:rsidRDefault="00F4099A" w:rsidP="00065E63">
      <w:pPr>
        <w:spacing w:after="0" w:line="240" w:lineRule="auto"/>
        <w:rPr>
          <w:lang w:val="ru-RU"/>
        </w:rPr>
      </w:pPr>
      <w:r w:rsidRPr="00065E63">
        <w:rPr>
          <w:lang w:val="ru-RU"/>
        </w:rPr>
        <w:t xml:space="preserve">В медицинскую организацию: </w:t>
      </w:r>
      <w:r w:rsidR="00065E63">
        <w:rPr>
          <w:lang w:val="ru-RU"/>
        </w:rPr>
        <w:t xml:space="preserve">344019, Россия, Ростовская область, </w:t>
      </w:r>
      <w:r w:rsidR="00065E63" w:rsidRPr="00E7322B">
        <w:rPr>
          <w:lang w:val="ru-RU"/>
        </w:rPr>
        <w:t xml:space="preserve">г. </w:t>
      </w:r>
      <w:proofErr w:type="spellStart"/>
      <w:r w:rsidR="00065E63" w:rsidRPr="00E7322B">
        <w:rPr>
          <w:lang w:val="ru-RU"/>
        </w:rPr>
        <w:t>Ростов</w:t>
      </w:r>
      <w:proofErr w:type="spellEnd"/>
      <w:r w:rsidR="00065E63" w:rsidRPr="00E7322B">
        <w:rPr>
          <w:lang w:val="ru-RU"/>
        </w:rPr>
        <w:t xml:space="preserve">-на-Дону, </w:t>
      </w:r>
      <w:proofErr w:type="spellStart"/>
      <w:r w:rsidR="00065E63" w:rsidRPr="00E7322B">
        <w:rPr>
          <w:lang w:val="ru-RU"/>
        </w:rPr>
        <w:t>ул</w:t>
      </w:r>
      <w:proofErr w:type="spellEnd"/>
      <w:r w:rsidR="00065E63" w:rsidRPr="00E7322B">
        <w:rPr>
          <w:lang w:val="ru-RU"/>
        </w:rPr>
        <w:t xml:space="preserve"> Мясникова, 50/31</w:t>
      </w:r>
      <w:r w:rsidR="00065E63">
        <w:rPr>
          <w:lang w:val="ru-RU"/>
        </w:rPr>
        <w:t xml:space="preserve">, </w:t>
      </w:r>
      <w:r w:rsidR="00065E63" w:rsidRPr="00E7322B">
        <w:rPr>
          <w:lang w:val="ru-RU"/>
        </w:rPr>
        <w:t>ООО «МЕДИЦИНСКИЙ ЦЕНТР НЕЙРОДОН</w:t>
      </w:r>
      <w:r w:rsidR="00065E63">
        <w:rPr>
          <w:lang w:val="ru-RU"/>
        </w:rPr>
        <w:t>»</w:t>
      </w:r>
      <w:r w:rsidRPr="00065E63">
        <w:rPr>
          <w:lang w:val="ru-RU"/>
        </w:rPr>
        <w:t>_____</w:t>
      </w:r>
    </w:p>
    <w:p w14:paraId="7BCA51B6" w14:textId="77777777" w:rsidR="00BC379E" w:rsidRPr="00065E63" w:rsidRDefault="00BC379E" w:rsidP="00065E63">
      <w:pPr>
        <w:spacing w:after="0" w:line="240" w:lineRule="auto"/>
        <w:rPr>
          <w:lang w:val="ru-RU"/>
        </w:rPr>
      </w:pPr>
    </w:p>
    <w:p w14:paraId="1BADA35D" w14:textId="1127CD1A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Ф.И.О. пациента: _________________________________________________________</w:t>
      </w:r>
    </w:p>
    <w:p w14:paraId="6F60DE01" w14:textId="0E557F13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Дата рождения пациента: __________________________________________________</w:t>
      </w:r>
    </w:p>
    <w:p w14:paraId="7AC11102" w14:textId="77777777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Ф.И.О. налогоплательщика, заявляющего социальный налоговый вычет:</w:t>
      </w:r>
    </w:p>
    <w:p w14:paraId="5BB6811F" w14:textId="04905736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________________________________________________________________________</w:t>
      </w:r>
    </w:p>
    <w:p w14:paraId="038464CC" w14:textId="1F3ADB21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 xml:space="preserve">ИНН налогоплательщика: </w:t>
      </w:r>
      <w:r w:rsidR="00065E63">
        <w:rPr>
          <w:lang w:val="ru-RU"/>
        </w:rPr>
        <w:t>_</w:t>
      </w:r>
      <w:r w:rsidRPr="00065E63">
        <w:rPr>
          <w:lang w:val="ru-RU"/>
        </w:rPr>
        <w:t>________________________________________________</w:t>
      </w:r>
    </w:p>
    <w:p w14:paraId="091B941E" w14:textId="710C5B4F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Контактный телефон: _____________________________________________________</w:t>
      </w:r>
    </w:p>
    <w:p w14:paraId="020E0A9C" w14:textId="66BC849E" w:rsidR="00BC379E" w:rsidRPr="00065E63" w:rsidRDefault="00F4099A" w:rsidP="00065E63">
      <w:pPr>
        <w:spacing w:after="0" w:line="360" w:lineRule="auto"/>
        <w:rPr>
          <w:lang w:val="ru-RU"/>
        </w:rPr>
      </w:pPr>
      <w:r>
        <w:t>E</w:t>
      </w:r>
      <w:r w:rsidRPr="00065E63">
        <w:rPr>
          <w:lang w:val="ru-RU"/>
        </w:rPr>
        <w:t>-</w:t>
      </w:r>
      <w:r>
        <w:t>mail</w:t>
      </w:r>
      <w:r w:rsidRPr="00065E63">
        <w:rPr>
          <w:lang w:val="ru-RU"/>
        </w:rPr>
        <w:t>: _________________________________________________________________</w:t>
      </w:r>
    </w:p>
    <w:p w14:paraId="41938CBB" w14:textId="77777777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Прошу оформить справку об оплате медицинских услуг за период:</w:t>
      </w:r>
    </w:p>
    <w:p w14:paraId="548AB939" w14:textId="1FCBD935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________________________________________________________________________</w:t>
      </w:r>
    </w:p>
    <w:p w14:paraId="74C3190D" w14:textId="77777777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Если налогоплательщик не является пациентом, степень родства / основание:</w:t>
      </w:r>
    </w:p>
    <w:p w14:paraId="7BA4EF92" w14:textId="4349902B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________________________________________________________________________</w:t>
      </w:r>
    </w:p>
    <w:p w14:paraId="0187AACE" w14:textId="77777777" w:rsidR="00BC379E" w:rsidRPr="00065E63" w:rsidRDefault="00BC379E" w:rsidP="00065E63">
      <w:pPr>
        <w:spacing w:after="0" w:line="360" w:lineRule="auto"/>
        <w:rPr>
          <w:lang w:val="ru-RU"/>
        </w:rPr>
      </w:pPr>
    </w:p>
    <w:p w14:paraId="4CB05091" w14:textId="77777777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Прошу (нужное отметить):</w:t>
      </w:r>
    </w:p>
    <w:p w14:paraId="230F9934" w14:textId="77777777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___ выдать справку на бумажном носителе;</w:t>
      </w:r>
    </w:p>
    <w:p w14:paraId="28752C9E" w14:textId="46090189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___ направить справку</w:t>
      </w:r>
      <w:bookmarkStart w:id="0" w:name="_GoBack"/>
      <w:bookmarkEnd w:id="0"/>
      <w:r w:rsidRPr="00065E63">
        <w:rPr>
          <w:lang w:val="ru-RU"/>
        </w:rPr>
        <w:t>/сведения в электронной форме, если такой способ предусмотрен действующим порядком;</w:t>
      </w:r>
    </w:p>
    <w:p w14:paraId="323D833D" w14:textId="77777777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___ передать сведения в налоговый орган для получения социального налогового вычета в упрощенном порядке, если это применимо к указанному налоговому периоду.</w:t>
      </w:r>
    </w:p>
    <w:p w14:paraId="7CE08CD4" w14:textId="77777777" w:rsidR="00BC379E" w:rsidRPr="00065E63" w:rsidRDefault="00BC379E" w:rsidP="00065E63">
      <w:pPr>
        <w:spacing w:after="0" w:line="360" w:lineRule="auto"/>
        <w:rPr>
          <w:lang w:val="ru-RU"/>
        </w:rPr>
      </w:pPr>
    </w:p>
    <w:p w14:paraId="4D87A0C5" w14:textId="77777777" w:rsidR="00BC379E" w:rsidRPr="00065E63" w:rsidRDefault="00F4099A" w:rsidP="00065E63">
      <w:pPr>
        <w:spacing w:after="0" w:line="360" w:lineRule="auto"/>
        <w:rPr>
          <w:lang w:val="ru-RU"/>
        </w:rPr>
      </w:pPr>
      <w:r w:rsidRPr="00065E63">
        <w:rPr>
          <w:lang w:val="ru-RU"/>
        </w:rPr>
        <w:t>Подтверждаю правильность указанных сведений.</w:t>
      </w:r>
    </w:p>
    <w:p w14:paraId="672F73DD" w14:textId="77777777" w:rsidR="00BC379E" w:rsidRPr="00065E63" w:rsidRDefault="00BC379E" w:rsidP="00065E63">
      <w:pPr>
        <w:spacing w:after="0" w:line="360" w:lineRule="auto"/>
        <w:rPr>
          <w:lang w:val="ru-RU"/>
        </w:rPr>
      </w:pPr>
    </w:p>
    <w:p w14:paraId="227CDE5F" w14:textId="77777777" w:rsidR="00BC379E" w:rsidRDefault="00F4099A" w:rsidP="00065E63">
      <w:pPr>
        <w:spacing w:after="0" w:line="360" w:lineRule="auto"/>
      </w:pPr>
      <w:r w:rsidRPr="00065E63">
        <w:rPr>
          <w:lang w:val="ru-RU"/>
        </w:rPr>
        <w:t xml:space="preserve">Дата: «___» ____________ 20___ г.       </w:t>
      </w:r>
      <w:proofErr w:type="spellStart"/>
      <w:r>
        <w:t>Подпись</w:t>
      </w:r>
      <w:proofErr w:type="spellEnd"/>
      <w:r>
        <w:t>: ___________________________</w:t>
      </w:r>
    </w:p>
    <w:sectPr w:rsidR="00BC379E" w:rsidSect="00034616">
      <w:footerReference w:type="default" r:id="rId8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8B2C8" w14:textId="77777777" w:rsidR="00F4099A" w:rsidRDefault="00F4099A">
      <w:pPr>
        <w:spacing w:after="0" w:line="240" w:lineRule="auto"/>
      </w:pPr>
      <w:r>
        <w:separator/>
      </w:r>
    </w:p>
  </w:endnote>
  <w:endnote w:type="continuationSeparator" w:id="0">
    <w:p w14:paraId="6134493E" w14:textId="77777777" w:rsidR="00F4099A" w:rsidRDefault="00F40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D0A86" w14:textId="77777777" w:rsidR="00BC379E" w:rsidRPr="00065E63" w:rsidRDefault="00F4099A">
    <w:pPr>
      <w:pStyle w:val="a7"/>
      <w:jc w:val="center"/>
      <w:rPr>
        <w:lang w:val="ru-RU"/>
      </w:rPr>
    </w:pPr>
    <w:r w:rsidRPr="00065E63">
      <w:rPr>
        <w:sz w:val="20"/>
        <w:lang w:val="ru-RU"/>
      </w:rPr>
      <w:t>Форма заявления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3B967" w14:textId="77777777" w:rsidR="00F4099A" w:rsidRDefault="00F4099A">
      <w:pPr>
        <w:spacing w:after="0" w:line="240" w:lineRule="auto"/>
      </w:pPr>
      <w:r>
        <w:separator/>
      </w:r>
    </w:p>
  </w:footnote>
  <w:footnote w:type="continuationSeparator" w:id="0">
    <w:p w14:paraId="391108B2" w14:textId="77777777" w:rsidR="00F4099A" w:rsidRDefault="00F40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E63"/>
    <w:rsid w:val="0015074B"/>
    <w:rsid w:val="002865B8"/>
    <w:rsid w:val="0029639D"/>
    <w:rsid w:val="00326F90"/>
    <w:rsid w:val="00AA1D8D"/>
    <w:rsid w:val="00B47730"/>
    <w:rsid w:val="00BC379E"/>
    <w:rsid w:val="00CB0664"/>
    <w:rsid w:val="00DE4EA1"/>
    <w:rsid w:val="00F409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2DAC6C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D184F6-60EF-4791-980A-E6108C1E0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Невролог 1</cp:lastModifiedBy>
  <cp:revision>2</cp:revision>
  <dcterms:created xsi:type="dcterms:W3CDTF">2026-09-02T12:07:00Z</dcterms:created>
  <dcterms:modified xsi:type="dcterms:W3CDTF">2026-09-02T12:07:00Z</dcterms:modified>
  <cp:category/>
</cp:coreProperties>
</file>