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93F75A" w14:textId="77777777" w:rsidR="00C23210" w:rsidRDefault="00C23210" w:rsidP="00C23210">
      <w:pPr>
        <w:spacing w:after="0" w:line="240" w:lineRule="auto"/>
        <w:ind w:left="5103"/>
        <w:rPr>
          <w:b/>
          <w:lang w:val="ru-RU"/>
        </w:rPr>
      </w:pPr>
      <w:r w:rsidRPr="007D3DD0">
        <w:rPr>
          <w:b/>
          <w:lang w:val="ru-RU"/>
        </w:rPr>
        <w:t>УТВЕРЖДАЮ</w:t>
      </w:r>
    </w:p>
    <w:p w14:paraId="7D84F522" w14:textId="3D6CBE60" w:rsidR="00C23210" w:rsidRDefault="00C23210" w:rsidP="00C23210">
      <w:pPr>
        <w:spacing w:after="0" w:line="240" w:lineRule="auto"/>
        <w:ind w:left="5103"/>
        <w:rPr>
          <w:lang w:val="ru-RU"/>
        </w:rPr>
      </w:pPr>
      <w:r w:rsidRPr="007D3DD0">
        <w:rPr>
          <w:b/>
          <w:lang w:val="ru-RU"/>
        </w:rPr>
        <w:br/>
      </w:r>
      <w:r>
        <w:rPr>
          <w:lang w:val="ru-RU"/>
        </w:rPr>
        <w:t>Директор</w:t>
      </w:r>
      <w:r>
        <w:rPr>
          <w:lang w:val="ru-RU"/>
        </w:rPr>
        <w:softHyphen/>
        <w:t xml:space="preserve">                    /Николаенко М.В./    </w:t>
      </w:r>
      <w:r w:rsidRPr="007D3DD0">
        <w:rPr>
          <w:lang w:val="ru-RU"/>
        </w:rPr>
        <w:t xml:space="preserve"> __________________________</w:t>
      </w:r>
      <w:r w:rsidRPr="007D3DD0">
        <w:rPr>
          <w:lang w:val="ru-RU"/>
        </w:rPr>
        <w:br/>
      </w:r>
      <w:r w:rsidRPr="007D3DD0">
        <w:rPr>
          <w:lang w:val="ru-RU"/>
        </w:rPr>
        <w:br/>
        <w:t>«</w:t>
      </w:r>
      <w:r>
        <w:rPr>
          <w:lang w:val="ru-RU"/>
        </w:rPr>
        <w:t>01</w:t>
      </w:r>
      <w:r w:rsidRPr="007D3DD0">
        <w:rPr>
          <w:lang w:val="ru-RU"/>
        </w:rPr>
        <w:t xml:space="preserve">» </w:t>
      </w:r>
      <w:r>
        <w:rPr>
          <w:lang w:val="ru-RU"/>
        </w:rPr>
        <w:t>сентября</w:t>
      </w:r>
      <w:r w:rsidRPr="007D3DD0">
        <w:rPr>
          <w:lang w:val="ru-RU"/>
        </w:rPr>
        <w:t xml:space="preserve"> 2026 г.</w:t>
      </w:r>
    </w:p>
    <w:p w14:paraId="0FD02F76" w14:textId="77777777" w:rsidR="00C23210" w:rsidRDefault="00C23210" w:rsidP="00C23210">
      <w:pPr>
        <w:spacing w:after="0" w:line="240" w:lineRule="auto"/>
        <w:ind w:left="5103"/>
        <w:rPr>
          <w:lang w:val="ru-RU"/>
        </w:rPr>
      </w:pPr>
    </w:p>
    <w:p w14:paraId="39691CA9" w14:textId="77777777" w:rsidR="00137FCC" w:rsidRPr="00C23210" w:rsidRDefault="000811F5">
      <w:pPr>
        <w:spacing w:before="120" w:after="80" w:line="240" w:lineRule="auto"/>
        <w:jc w:val="center"/>
        <w:rPr>
          <w:lang w:val="ru-RU"/>
        </w:rPr>
      </w:pPr>
      <w:r w:rsidRPr="00C23210">
        <w:rPr>
          <w:b/>
          <w:lang w:val="ru-RU"/>
        </w:rPr>
        <w:t>ПОРЯДОК ПОЛУЧЕНИЯ ДОКУМЕНТОВ ДЛЯ СОЦИАЛЬНОГО НАЛОГОВОГО ВЫЧЕТА ЗА МЕДИЦИНСКИЕ УСЛУГИ</w:t>
      </w:r>
    </w:p>
    <w:p w14:paraId="107D60A8" w14:textId="77777777" w:rsidR="00137FCC" w:rsidRPr="00C23210" w:rsidRDefault="000811F5">
      <w:pPr>
        <w:spacing w:after="0" w:line="240" w:lineRule="auto"/>
        <w:ind w:firstLine="709"/>
        <w:jc w:val="both"/>
        <w:rPr>
          <w:lang w:val="ru-RU"/>
        </w:rPr>
      </w:pPr>
      <w:r w:rsidRPr="00C23210">
        <w:rPr>
          <w:lang w:val="ru-RU"/>
        </w:rPr>
        <w:t>1. Пациент либо налогоплательщик, оплативший медицинские услуги за себя или лиц, расходы на лечение которых учитываются для социального налогового вычета в соответствии с Налоговым кодексом Российской Федерации, вправе обратиться в медицинскую организацию за оформлением справки об оплате медицинских услуг.</w:t>
      </w:r>
    </w:p>
    <w:p w14:paraId="34F1B7AB" w14:textId="77777777" w:rsidR="00137FCC" w:rsidRPr="00C23210" w:rsidRDefault="000811F5">
      <w:pPr>
        <w:spacing w:after="0" w:line="240" w:lineRule="auto"/>
        <w:ind w:firstLine="709"/>
        <w:jc w:val="both"/>
        <w:rPr>
          <w:lang w:val="ru-RU"/>
        </w:rPr>
      </w:pPr>
      <w:r w:rsidRPr="00C23210">
        <w:rPr>
          <w:lang w:val="ru-RU"/>
        </w:rPr>
        <w:t>2. Справка оформляется по форме, действующей для соответствующего налогового периода, и является основным документом, подтверждающим расходы на медицинские услуги для целей социального налогового вычета.</w:t>
      </w:r>
    </w:p>
    <w:p w14:paraId="381FDC29" w14:textId="77777777" w:rsidR="00137FCC" w:rsidRPr="00C23210" w:rsidRDefault="000811F5">
      <w:pPr>
        <w:spacing w:after="0" w:line="240" w:lineRule="auto"/>
        <w:ind w:firstLine="709"/>
        <w:jc w:val="both"/>
        <w:rPr>
          <w:lang w:val="ru-RU"/>
        </w:rPr>
      </w:pPr>
      <w:r w:rsidRPr="00C23210">
        <w:rPr>
          <w:lang w:val="ru-RU"/>
        </w:rPr>
        <w:t>3. Для расходов, произведенных с 2024 года, применяется унифицированная справка об оплате медицинских услуг. При оформлении необходимо корректно указать налогоплательщика, фактически заявляющего вычет.</w:t>
      </w:r>
    </w:p>
    <w:p w14:paraId="394DDDD9" w14:textId="77777777" w:rsidR="00137FCC" w:rsidRPr="00C23210" w:rsidRDefault="000811F5">
      <w:pPr>
        <w:spacing w:after="0" w:line="240" w:lineRule="auto"/>
        <w:ind w:firstLine="709"/>
        <w:jc w:val="both"/>
        <w:rPr>
          <w:lang w:val="ru-RU"/>
        </w:rPr>
      </w:pPr>
      <w:r w:rsidRPr="00C23210">
        <w:rPr>
          <w:lang w:val="ru-RU"/>
        </w:rPr>
        <w:t>4. Для оформления справки заявителю рекомендуется предоставить: Ф.И.О. пациента; Ф.И.О. и ИНН налогоплательщика; период оплаты; контактные данные; при необходимости сведения о родстве и иные данные, необходимые для корректного формирования справки.</w:t>
      </w:r>
    </w:p>
    <w:p w14:paraId="7B449636" w14:textId="77777777" w:rsidR="00137FCC" w:rsidRPr="00C23210" w:rsidRDefault="000811F5">
      <w:pPr>
        <w:spacing w:after="0" w:line="240" w:lineRule="auto"/>
        <w:ind w:firstLine="709"/>
        <w:jc w:val="both"/>
        <w:rPr>
          <w:lang w:val="ru-RU"/>
        </w:rPr>
      </w:pPr>
      <w:r w:rsidRPr="00C23210">
        <w:rPr>
          <w:lang w:val="ru-RU"/>
        </w:rPr>
        <w:t>5. Заявление может быть подано лично, по электронной почте либо иным способом, предусмотренным медицинской организацией.</w:t>
      </w:r>
    </w:p>
    <w:p w14:paraId="1143814B" w14:textId="77777777" w:rsidR="00137FCC" w:rsidRPr="00C23210" w:rsidRDefault="000811F5">
      <w:pPr>
        <w:spacing w:after="0" w:line="240" w:lineRule="auto"/>
        <w:ind w:firstLine="709"/>
        <w:jc w:val="both"/>
        <w:rPr>
          <w:lang w:val="ru-RU"/>
        </w:rPr>
      </w:pPr>
      <w:r w:rsidRPr="00C23210">
        <w:rPr>
          <w:lang w:val="ru-RU"/>
        </w:rPr>
        <w:t>6. Если налогоплательщик желает получить вычет в упрощенном порядке и действующие правила предусматривают передачу сведений медицинской организацией в налоговый орган в электронной форме, в заявлении следует прямо указать просьбу о такой передаче.</w:t>
      </w:r>
    </w:p>
    <w:p w14:paraId="65C3CE78" w14:textId="77777777" w:rsidR="00137FCC" w:rsidRPr="00C23210" w:rsidRDefault="000811F5">
      <w:pPr>
        <w:spacing w:after="0" w:line="240" w:lineRule="auto"/>
        <w:ind w:firstLine="709"/>
        <w:jc w:val="both"/>
        <w:rPr>
          <w:lang w:val="ru-RU"/>
        </w:rPr>
      </w:pPr>
      <w:r w:rsidRPr="00C23210">
        <w:rPr>
          <w:lang w:val="ru-RU"/>
        </w:rPr>
        <w:t>7. Медицинская организация формирует справку и/или передает сведения в налоговый орган в порядке, установленном Налоговым кодексом Российской Федерации, приказами ФНС России и применимыми форматами информационного обмена.</w:t>
      </w:r>
    </w:p>
    <w:p w14:paraId="23D4C296" w14:textId="77777777" w:rsidR="00137FCC" w:rsidRPr="00C23210" w:rsidRDefault="000811F5">
      <w:pPr>
        <w:spacing w:after="0" w:line="240" w:lineRule="auto"/>
        <w:ind w:firstLine="709"/>
        <w:jc w:val="both"/>
        <w:rPr>
          <w:lang w:val="ru-RU"/>
        </w:rPr>
      </w:pPr>
      <w:r w:rsidRPr="00C23210">
        <w:rPr>
          <w:lang w:val="ru-RU"/>
        </w:rPr>
        <w:t>8. Вопросы о размере вычета, праве конкретного лица на вычет и порядке его получения относятся к компетенции налоговых органов. Актуальную информацию следует проверять на официальном сайте ФНС России.</w:t>
      </w:r>
    </w:p>
    <w:p w14:paraId="70FD24A6" w14:textId="77777777" w:rsidR="00C23210" w:rsidRDefault="00C23210">
      <w:pPr>
        <w:rPr>
          <w:b/>
          <w:lang w:val="ru-RU"/>
        </w:rPr>
      </w:pPr>
      <w:r>
        <w:rPr>
          <w:b/>
          <w:lang w:val="ru-RU"/>
        </w:rPr>
        <w:br w:type="page"/>
      </w:r>
    </w:p>
    <w:p w14:paraId="3439CB09" w14:textId="0D4A286A" w:rsidR="00137FCC" w:rsidRPr="00C23210" w:rsidRDefault="000811F5" w:rsidP="00C23210">
      <w:pPr>
        <w:spacing w:before="120" w:after="80"/>
        <w:jc w:val="center"/>
        <w:rPr>
          <w:lang w:val="ru-RU"/>
        </w:rPr>
      </w:pPr>
      <w:r w:rsidRPr="00C23210">
        <w:rPr>
          <w:b/>
          <w:lang w:val="ru-RU"/>
        </w:rPr>
        <w:lastRenderedPageBreak/>
        <w:t>Контакты для подачи заявления</w:t>
      </w:r>
    </w:p>
    <w:p w14:paraId="282EEA3E" w14:textId="1A567958" w:rsidR="00137FCC" w:rsidRPr="00C23210" w:rsidRDefault="000811F5" w:rsidP="00C23210">
      <w:pPr>
        <w:spacing w:after="0"/>
        <w:jc w:val="both"/>
        <w:rPr>
          <w:lang w:val="ru-RU"/>
        </w:rPr>
      </w:pPr>
      <w:r w:rsidRPr="00C23210">
        <w:rPr>
          <w:b/>
          <w:bCs/>
          <w:lang w:val="ru-RU"/>
        </w:rPr>
        <w:t>Адрес:</w:t>
      </w:r>
      <w:r w:rsidRPr="00C23210">
        <w:rPr>
          <w:lang w:val="ru-RU"/>
        </w:rPr>
        <w:t xml:space="preserve"> </w:t>
      </w:r>
      <w:r w:rsidR="00C23210">
        <w:rPr>
          <w:lang w:val="ru-RU"/>
        </w:rPr>
        <w:t xml:space="preserve">344019, Россия, Ростовская область, </w:t>
      </w:r>
      <w:r w:rsidR="00C23210" w:rsidRPr="00E7322B">
        <w:rPr>
          <w:lang w:val="ru-RU"/>
        </w:rPr>
        <w:t xml:space="preserve">г. </w:t>
      </w:r>
      <w:proofErr w:type="spellStart"/>
      <w:r w:rsidR="00C23210" w:rsidRPr="00E7322B">
        <w:rPr>
          <w:lang w:val="ru-RU"/>
        </w:rPr>
        <w:t>Ростов</w:t>
      </w:r>
      <w:proofErr w:type="spellEnd"/>
      <w:r w:rsidR="00C23210" w:rsidRPr="00E7322B">
        <w:rPr>
          <w:lang w:val="ru-RU"/>
        </w:rPr>
        <w:t xml:space="preserve">-на-Дону, </w:t>
      </w:r>
      <w:proofErr w:type="spellStart"/>
      <w:r w:rsidR="00C23210" w:rsidRPr="00E7322B">
        <w:rPr>
          <w:lang w:val="ru-RU"/>
        </w:rPr>
        <w:t>ул</w:t>
      </w:r>
      <w:proofErr w:type="spellEnd"/>
      <w:r w:rsidR="00C23210" w:rsidRPr="00E7322B">
        <w:rPr>
          <w:lang w:val="ru-RU"/>
        </w:rPr>
        <w:t xml:space="preserve"> Мясникова, 50/31</w:t>
      </w:r>
      <w:r w:rsidR="00C23210">
        <w:rPr>
          <w:lang w:val="ru-RU"/>
        </w:rPr>
        <w:t xml:space="preserve">, </w:t>
      </w:r>
      <w:r w:rsidR="00C23210" w:rsidRPr="00E7322B">
        <w:rPr>
          <w:lang w:val="ru-RU"/>
        </w:rPr>
        <w:t>ООО «МЕДИЦИНСКИЙ ЦЕНТР НЕЙРОДОН</w:t>
      </w:r>
      <w:r w:rsidR="00C23210">
        <w:rPr>
          <w:lang w:val="ru-RU"/>
        </w:rPr>
        <w:t>»</w:t>
      </w:r>
    </w:p>
    <w:p w14:paraId="2ADD1B6D" w14:textId="7A05BF51" w:rsidR="00137FCC" w:rsidRPr="00C23210" w:rsidRDefault="000811F5" w:rsidP="00C23210">
      <w:pPr>
        <w:spacing w:after="0"/>
        <w:jc w:val="both"/>
      </w:pPr>
      <w:r w:rsidRPr="00C23210">
        <w:rPr>
          <w:b/>
          <w:bCs/>
        </w:rPr>
        <w:t xml:space="preserve">E-mail: </w:t>
      </w:r>
      <w:hyperlink r:id="rId8" w:history="1">
        <w:r w:rsidR="00C23210" w:rsidRPr="00C23210">
          <w:rPr>
            <w:rStyle w:val="aff8"/>
            <w:rFonts w:cs="Times New Roman"/>
            <w:color w:val="auto"/>
            <w:shd w:val="clear" w:color="auto" w:fill="FFFFFF"/>
          </w:rPr>
          <w:t>neyrodon@mail.ru</w:t>
        </w:r>
      </w:hyperlink>
    </w:p>
    <w:p w14:paraId="2BC5A473" w14:textId="77777777" w:rsidR="00C23210" w:rsidRPr="00085701" w:rsidRDefault="00C23210" w:rsidP="00C23210">
      <w:pPr>
        <w:rPr>
          <w:lang w:val="ru-RU"/>
        </w:rPr>
      </w:pPr>
      <w:r w:rsidRPr="00C23210">
        <w:rPr>
          <w:rFonts w:cs="Times New Roman"/>
          <w:b/>
          <w:bCs/>
          <w:lang w:val="ru-RU"/>
        </w:rPr>
        <w:t xml:space="preserve">Телефон для справок: </w:t>
      </w:r>
      <w:hyperlink r:id="rId9" w:history="1">
        <w:r w:rsidRPr="00B8007C">
          <w:rPr>
            <w:rStyle w:val="aff8"/>
            <w:rFonts w:cs="Times New Roman"/>
            <w:color w:val="auto"/>
            <w:szCs w:val="28"/>
            <w:shd w:val="clear" w:color="auto" w:fill="FFFFFF"/>
          </w:rPr>
          <w:t>8-800-201-95-22</w:t>
        </w:r>
      </w:hyperlink>
      <w:r w:rsidRPr="00B8007C">
        <w:rPr>
          <w:rFonts w:cs="Times New Roman"/>
          <w:color w:val="auto"/>
          <w:szCs w:val="28"/>
          <w:lang w:val="ru-RU"/>
        </w:rPr>
        <w:t xml:space="preserve">; </w:t>
      </w:r>
      <w:hyperlink r:id="rId10" w:history="1">
        <w:r w:rsidRPr="00B8007C">
          <w:rPr>
            <w:rStyle w:val="aff8"/>
            <w:rFonts w:cs="Times New Roman"/>
            <w:color w:val="auto"/>
            <w:szCs w:val="28"/>
            <w:shd w:val="clear" w:color="auto" w:fill="FFFFFF"/>
          </w:rPr>
          <w:t>+7(863)285-62-05</w:t>
        </w:r>
      </w:hyperlink>
      <w:r w:rsidRPr="00B8007C">
        <w:rPr>
          <w:rFonts w:cs="Times New Roman"/>
          <w:color w:val="auto"/>
          <w:szCs w:val="28"/>
          <w:lang w:val="ru-RU"/>
        </w:rPr>
        <w:t xml:space="preserve">; </w:t>
      </w:r>
      <w:hyperlink r:id="rId11" w:history="1">
        <w:r w:rsidRPr="00B8007C">
          <w:rPr>
            <w:rStyle w:val="aff8"/>
            <w:rFonts w:cs="Times New Roman"/>
            <w:color w:val="auto"/>
            <w:szCs w:val="28"/>
            <w:shd w:val="clear" w:color="auto" w:fill="FFFFFF"/>
          </w:rPr>
          <w:t>+7(918)556-13-26</w:t>
        </w:r>
      </w:hyperlink>
    </w:p>
    <w:p w14:paraId="7F71E256" w14:textId="5842948F" w:rsidR="00137FCC" w:rsidRPr="00C23210" w:rsidRDefault="000811F5">
      <w:pPr>
        <w:spacing w:after="0" w:line="240" w:lineRule="auto"/>
        <w:jc w:val="both"/>
        <w:rPr>
          <w:lang w:val="ru-RU"/>
        </w:rPr>
      </w:pPr>
      <w:r w:rsidRPr="00C23210">
        <w:rPr>
          <w:lang w:val="ru-RU"/>
        </w:rPr>
        <w:t>______________________________</w:t>
      </w:r>
      <w:bookmarkStart w:id="0" w:name="_GoBack"/>
      <w:bookmarkEnd w:id="0"/>
      <w:r w:rsidRPr="00C23210">
        <w:rPr>
          <w:lang w:val="ru-RU"/>
        </w:rPr>
        <w:t>__________</w:t>
      </w:r>
    </w:p>
    <w:sectPr w:rsidR="00137FCC" w:rsidRPr="00C23210" w:rsidSect="00034616">
      <w:footerReference w:type="default" r:id="rId12"/>
      <w:pgSz w:w="12240" w:h="15840"/>
      <w:pgMar w:top="964" w:right="850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1B3EA1" w14:textId="77777777" w:rsidR="000811F5" w:rsidRDefault="000811F5">
      <w:pPr>
        <w:spacing w:after="0" w:line="240" w:lineRule="auto"/>
      </w:pPr>
      <w:r>
        <w:separator/>
      </w:r>
    </w:p>
  </w:endnote>
  <w:endnote w:type="continuationSeparator" w:id="0">
    <w:p w14:paraId="135A6AD5" w14:textId="77777777" w:rsidR="000811F5" w:rsidRDefault="00081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915B24" w14:textId="77777777" w:rsidR="00137FCC" w:rsidRPr="00C23210" w:rsidRDefault="000811F5">
    <w:pPr>
      <w:pStyle w:val="a7"/>
      <w:jc w:val="center"/>
      <w:rPr>
        <w:lang w:val="ru-RU"/>
      </w:rPr>
    </w:pPr>
    <w:r w:rsidRPr="00C23210">
      <w:rPr>
        <w:sz w:val="20"/>
        <w:lang w:val="ru-RU"/>
      </w:rPr>
      <w:t>Документ для размещения на официальном сайте медицинской организации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98E5E4" w14:textId="77777777" w:rsidR="000811F5" w:rsidRDefault="000811F5">
      <w:pPr>
        <w:spacing w:after="0" w:line="240" w:lineRule="auto"/>
      </w:pPr>
      <w:r>
        <w:separator/>
      </w:r>
    </w:p>
  </w:footnote>
  <w:footnote w:type="continuationSeparator" w:id="0">
    <w:p w14:paraId="486F06A7" w14:textId="77777777" w:rsidR="000811F5" w:rsidRDefault="000811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11F5"/>
    <w:rsid w:val="00137FCC"/>
    <w:rsid w:val="0015074B"/>
    <w:rsid w:val="0029639D"/>
    <w:rsid w:val="00326F90"/>
    <w:rsid w:val="005003D8"/>
    <w:rsid w:val="00AA1D8D"/>
    <w:rsid w:val="00B47730"/>
    <w:rsid w:val="00C2321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66DA9C"/>
  <w14:defaultImageDpi w14:val="300"/>
  <w15:docId w15:val="{844486CC-1AA3-9D42-98CF-D325415E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C23210"/>
    <w:rPr>
      <w:color w:val="0000FF"/>
      <w:u w:val="single"/>
    </w:rPr>
  </w:style>
  <w:style w:type="character" w:styleId="aff9">
    <w:name w:val="Unresolved Mention"/>
    <w:basedOn w:val="a2"/>
    <w:uiPriority w:val="99"/>
    <w:semiHidden/>
    <w:unhideWhenUsed/>
    <w:rsid w:val="00C232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yrodon@mail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tel:+7918556132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tel:+78632856205" TargetMode="External"/><Relationship Id="rId4" Type="http://schemas.openxmlformats.org/officeDocument/2006/relationships/settings" Target="settings.xml"/><Relationship Id="rId9" Type="http://schemas.openxmlformats.org/officeDocument/2006/relationships/hyperlink" Target="tel:880020195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87F7B80-0959-482B-90A4-3D1C5D311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Невролог 1</cp:lastModifiedBy>
  <cp:revision>2</cp:revision>
  <cp:lastPrinted>2026-09-02T11:54:00Z</cp:lastPrinted>
  <dcterms:created xsi:type="dcterms:W3CDTF">2026-09-02T11:54:00Z</dcterms:created>
  <dcterms:modified xsi:type="dcterms:W3CDTF">2026-09-02T11:54:00Z</dcterms:modified>
  <cp:category/>
</cp:coreProperties>
</file>