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04BC2C" w14:textId="77777777" w:rsidR="00BB7748" w:rsidRDefault="00BB7748" w:rsidP="00BB7748">
      <w:pPr>
        <w:spacing w:after="0" w:line="240" w:lineRule="auto"/>
        <w:ind w:left="5103"/>
        <w:rPr>
          <w:b/>
          <w:lang w:val="ru-RU"/>
        </w:rPr>
      </w:pPr>
      <w:r w:rsidRPr="007D3DD0">
        <w:rPr>
          <w:b/>
          <w:lang w:val="ru-RU"/>
        </w:rPr>
        <w:t>УТВЕРЖДАЮ</w:t>
      </w:r>
    </w:p>
    <w:p w14:paraId="17B3CFCF" w14:textId="17B76347" w:rsidR="00BB7748" w:rsidRDefault="00BB7748" w:rsidP="00BB7748">
      <w:pPr>
        <w:spacing w:after="0" w:line="240" w:lineRule="auto"/>
        <w:ind w:left="5103"/>
        <w:rPr>
          <w:lang w:val="ru-RU"/>
        </w:rPr>
      </w:pPr>
      <w:r w:rsidRPr="007D3DD0">
        <w:rPr>
          <w:b/>
          <w:lang w:val="ru-RU"/>
        </w:rPr>
        <w:br/>
      </w:r>
      <w:r>
        <w:rPr>
          <w:lang w:val="ru-RU"/>
        </w:rPr>
        <w:t>Директор</w:t>
      </w:r>
      <w:r>
        <w:rPr>
          <w:lang w:val="ru-RU"/>
        </w:rPr>
        <w:softHyphen/>
        <w:t xml:space="preserve">                    /Николаенко М.В./    </w:t>
      </w:r>
      <w:r w:rsidRPr="007D3DD0">
        <w:rPr>
          <w:lang w:val="ru-RU"/>
        </w:rPr>
        <w:t xml:space="preserve"> __________________________</w:t>
      </w:r>
      <w:r w:rsidRPr="007D3DD0">
        <w:rPr>
          <w:lang w:val="ru-RU"/>
        </w:rPr>
        <w:br/>
      </w:r>
      <w:r w:rsidRPr="007D3DD0">
        <w:rPr>
          <w:lang w:val="ru-RU"/>
        </w:rPr>
        <w:br/>
        <w:t>«</w:t>
      </w:r>
      <w:r>
        <w:rPr>
          <w:lang w:val="ru-RU"/>
        </w:rPr>
        <w:t>01</w:t>
      </w:r>
      <w:r w:rsidRPr="007D3DD0">
        <w:rPr>
          <w:lang w:val="ru-RU"/>
        </w:rPr>
        <w:t xml:space="preserve">» </w:t>
      </w:r>
      <w:r>
        <w:rPr>
          <w:lang w:val="ru-RU"/>
        </w:rPr>
        <w:t>сентября</w:t>
      </w:r>
      <w:r w:rsidRPr="007D3DD0">
        <w:rPr>
          <w:lang w:val="ru-RU"/>
        </w:rPr>
        <w:t xml:space="preserve"> 2026 г.</w:t>
      </w:r>
    </w:p>
    <w:p w14:paraId="716865B8" w14:textId="4D133642" w:rsidR="00BB7748" w:rsidRDefault="00BB7748" w:rsidP="00BB7748">
      <w:pPr>
        <w:spacing w:after="0" w:line="240" w:lineRule="auto"/>
        <w:ind w:left="5103"/>
        <w:rPr>
          <w:lang w:val="ru-RU"/>
        </w:rPr>
      </w:pPr>
    </w:p>
    <w:p w14:paraId="751569E6" w14:textId="77777777" w:rsidR="00BB7748" w:rsidRDefault="00BB7748" w:rsidP="00BB7748">
      <w:pPr>
        <w:spacing w:after="0" w:line="240" w:lineRule="auto"/>
        <w:ind w:left="5103"/>
        <w:rPr>
          <w:lang w:val="ru-RU"/>
        </w:rPr>
      </w:pPr>
      <w:bookmarkStart w:id="0" w:name="_GoBack"/>
      <w:bookmarkEnd w:id="0"/>
    </w:p>
    <w:p w14:paraId="51984D98" w14:textId="77777777" w:rsidR="005476B0" w:rsidRPr="00BB7748" w:rsidRDefault="005C3DC1">
      <w:pPr>
        <w:spacing w:before="120" w:after="80" w:line="240" w:lineRule="auto"/>
        <w:jc w:val="center"/>
        <w:rPr>
          <w:lang w:val="ru-RU"/>
        </w:rPr>
      </w:pPr>
      <w:r w:rsidRPr="00BB7748">
        <w:rPr>
          <w:b/>
          <w:lang w:val="ru-RU"/>
        </w:rPr>
        <w:t>ИНФОРМАЦИЯ ДЛЯ ПАЦИЕНТА О НЕОБХОДИМОСТИ СОБЛЮДЕНИЯ НАЗНАЧЕНИЙ И РЕКОМЕНДАЦИЙ</w:t>
      </w:r>
    </w:p>
    <w:p w14:paraId="5AE5ACDD" w14:textId="77777777" w:rsidR="005476B0" w:rsidRPr="00BB7748" w:rsidRDefault="005C3DC1">
      <w:pPr>
        <w:spacing w:after="0" w:line="240" w:lineRule="auto"/>
        <w:ind w:firstLine="709"/>
        <w:jc w:val="both"/>
        <w:rPr>
          <w:lang w:val="ru-RU"/>
        </w:rPr>
      </w:pPr>
      <w:r w:rsidRPr="00BB7748">
        <w:rPr>
          <w:lang w:val="ru-RU"/>
        </w:rPr>
        <w:t>Для достижения максимально возможного и безопасного результата лечения пациенту необходимо выполнять назначения и рекомендации медицинских работников, соблюдать согласованный режим лечения и своевременно проходить назначенные контрольные осмотры и исследования.</w:t>
      </w:r>
    </w:p>
    <w:p w14:paraId="382582A9" w14:textId="77777777" w:rsidR="005476B0" w:rsidRPr="00BB7748" w:rsidRDefault="005C3DC1">
      <w:pPr>
        <w:spacing w:after="0" w:line="240" w:lineRule="auto"/>
        <w:ind w:firstLine="709"/>
        <w:jc w:val="both"/>
        <w:rPr>
          <w:lang w:val="ru-RU"/>
        </w:rPr>
      </w:pPr>
      <w:r w:rsidRPr="00BB7748">
        <w:rPr>
          <w:lang w:val="ru-RU"/>
        </w:rPr>
        <w:t>Пациенту необходимо предоставлять медицинскому работнику достоверную информацию о состоянии здоровья, перенесенных и имеющихся заболеваниях, аллергических реакциях, принимаемых лекарственных препаратах, беременности, имплантированных устройствах и иных обстоятельствах, которые могут повлиять на диагностику и лечение.</w:t>
      </w:r>
    </w:p>
    <w:p w14:paraId="12126836" w14:textId="77777777" w:rsidR="005476B0" w:rsidRPr="00BB7748" w:rsidRDefault="005C3DC1">
      <w:pPr>
        <w:spacing w:after="0" w:line="240" w:lineRule="auto"/>
        <w:ind w:firstLine="709"/>
        <w:jc w:val="both"/>
        <w:rPr>
          <w:lang w:val="ru-RU"/>
        </w:rPr>
      </w:pPr>
      <w:r w:rsidRPr="00BB7748">
        <w:rPr>
          <w:lang w:val="ru-RU"/>
        </w:rPr>
        <w:t>Самостоятельная отмена назначенных лекарственных препаратов, изменение дозировок, применение не согласованных с лечащим врачом средств, обращение за вмешательством к третьим лицам без информирования лечащего врача, а также отказ от необходимого наблюдения могут повлиять на результат лечения и безопасность пациента.</w:t>
      </w:r>
    </w:p>
    <w:p w14:paraId="673498C9" w14:textId="77777777" w:rsidR="005476B0" w:rsidRPr="00BB7748" w:rsidRDefault="005C3DC1">
      <w:pPr>
        <w:spacing w:after="0" w:line="240" w:lineRule="auto"/>
        <w:ind w:firstLine="709"/>
        <w:jc w:val="both"/>
        <w:rPr>
          <w:lang w:val="ru-RU"/>
        </w:rPr>
      </w:pPr>
      <w:r w:rsidRPr="00BB7748">
        <w:rPr>
          <w:lang w:val="ru-RU"/>
        </w:rPr>
        <w:t>Несоблюдение назначений и рекомендаций может снизить эффективность лечения, увеличить риск осложнений, затруднить оценку причин ухудшения состояния и в предусмотренных законом и договором случаях повлиять на возможность дальнейшего оказания медицинской услуги в первоначально согласованном порядке.</w:t>
      </w:r>
    </w:p>
    <w:p w14:paraId="67D6478F" w14:textId="77777777" w:rsidR="005476B0" w:rsidRPr="00BB7748" w:rsidRDefault="005C3DC1">
      <w:pPr>
        <w:spacing w:after="0" w:line="240" w:lineRule="auto"/>
        <w:ind w:firstLine="709"/>
        <w:jc w:val="both"/>
        <w:rPr>
          <w:lang w:val="ru-RU"/>
        </w:rPr>
      </w:pPr>
      <w:r w:rsidRPr="00BB7748">
        <w:rPr>
          <w:lang w:val="ru-RU"/>
        </w:rPr>
        <w:t>Если пациент не может выполнить назначение или у него возникли побочные реакции, ухудшение состояния либо иные вопросы, необходимо как можно скорее связаться с медицинской организацией и сообщить об этом лечащему врачу.</w:t>
      </w:r>
    </w:p>
    <w:p w14:paraId="22843269" w14:textId="77777777" w:rsidR="005476B0" w:rsidRPr="00BB7748" w:rsidRDefault="005C3DC1">
      <w:pPr>
        <w:spacing w:after="0" w:line="240" w:lineRule="auto"/>
        <w:ind w:firstLine="709"/>
        <w:jc w:val="both"/>
        <w:rPr>
          <w:lang w:val="ru-RU"/>
        </w:rPr>
      </w:pPr>
      <w:r w:rsidRPr="00BB7748">
        <w:rPr>
          <w:lang w:val="ru-RU"/>
        </w:rPr>
        <w:t>Медицинская организация не вправе ограничивать законные права пациента только ссылкой на несоблюдение рекомендаций. В каждом случае оценивается наличие причинной связи между действиями пациента и наступившими последствиями.</w:t>
      </w:r>
    </w:p>
    <w:p w14:paraId="448EAA7B" w14:textId="77777777" w:rsidR="005476B0" w:rsidRPr="00BB7748" w:rsidRDefault="005C3DC1">
      <w:pPr>
        <w:spacing w:after="0" w:line="240" w:lineRule="auto"/>
        <w:ind w:firstLine="709"/>
        <w:jc w:val="both"/>
        <w:rPr>
          <w:lang w:val="ru-RU"/>
        </w:rPr>
      </w:pPr>
      <w:r w:rsidRPr="00BB7748">
        <w:rPr>
          <w:lang w:val="ru-RU"/>
        </w:rPr>
        <w:t>Порядок изменения или прекращения договора на оказание платных медицинских услуг определяется договором и законодательством Российской Федерации. При необходимости пациенту направляется соответствующее уведомление по предусмотренному договором каналу связи.</w:t>
      </w:r>
    </w:p>
    <w:sectPr w:rsidR="005476B0" w:rsidRPr="00BB7748" w:rsidSect="00034616">
      <w:footerReference w:type="default" r:id="rId8"/>
      <w:pgSz w:w="12240" w:h="15840"/>
      <w:pgMar w:top="964" w:right="850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691B86" w14:textId="77777777" w:rsidR="005C3DC1" w:rsidRDefault="005C3DC1">
      <w:pPr>
        <w:spacing w:after="0" w:line="240" w:lineRule="auto"/>
      </w:pPr>
      <w:r>
        <w:separator/>
      </w:r>
    </w:p>
  </w:endnote>
  <w:endnote w:type="continuationSeparator" w:id="0">
    <w:p w14:paraId="70448201" w14:textId="77777777" w:rsidR="005C3DC1" w:rsidRDefault="005C3D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C1DE54" w14:textId="77777777" w:rsidR="005476B0" w:rsidRPr="00BB7748" w:rsidRDefault="005C3DC1">
    <w:pPr>
      <w:pStyle w:val="a7"/>
      <w:jc w:val="center"/>
      <w:rPr>
        <w:lang w:val="ru-RU"/>
      </w:rPr>
    </w:pPr>
    <w:r w:rsidRPr="00BB7748">
      <w:rPr>
        <w:sz w:val="20"/>
        <w:lang w:val="ru-RU"/>
      </w:rPr>
      <w:t>Документ для размещения на официальном сайте медицинской организации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B99F1E" w14:textId="77777777" w:rsidR="005C3DC1" w:rsidRDefault="005C3DC1">
      <w:pPr>
        <w:spacing w:after="0" w:line="240" w:lineRule="auto"/>
      </w:pPr>
      <w:r>
        <w:separator/>
      </w:r>
    </w:p>
  </w:footnote>
  <w:footnote w:type="continuationSeparator" w:id="0">
    <w:p w14:paraId="374BFC88" w14:textId="77777777" w:rsidR="005C3DC1" w:rsidRDefault="005C3D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476B0"/>
    <w:rsid w:val="005C3DC1"/>
    <w:rsid w:val="00AA1D8D"/>
    <w:rsid w:val="00B47730"/>
    <w:rsid w:val="00BB7748"/>
    <w:rsid w:val="00CB0664"/>
    <w:rsid w:val="00DE4EA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ADF3FC"/>
  <w14:defaultImageDpi w14:val="300"/>
  <w15:docId w15:val="{B9080546-010F-F047-ADF1-48DD5B88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6EBFD6A-9B05-4EDA-B028-B0FD67732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Невролог 1</cp:lastModifiedBy>
  <cp:revision>2</cp:revision>
  <cp:lastPrinted>2026-09-02T11:45:00Z</cp:lastPrinted>
  <dcterms:created xsi:type="dcterms:W3CDTF">2026-09-02T11:46:00Z</dcterms:created>
  <dcterms:modified xsi:type="dcterms:W3CDTF">2026-09-02T11:46:00Z</dcterms:modified>
  <cp:category/>
</cp:coreProperties>
</file>